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7DBCF" w14:textId="4BBA1433" w:rsidR="000F43A4" w:rsidRPr="00E23974" w:rsidRDefault="00E23974" w:rsidP="00E23974">
      <w:pPr>
        <w:pStyle w:val="aa"/>
        <w:jc w:val="center"/>
        <w:rPr>
          <w:rFonts w:ascii="Times New Roman" w:eastAsia="標楷體" w:hAnsi="Times New Roman" w:cs="Times New Roman"/>
          <w:sz w:val="48"/>
          <w:szCs w:val="48"/>
          <w:lang w:eastAsia="zh-TW"/>
        </w:rPr>
      </w:pPr>
      <w:r w:rsidRPr="00E23974">
        <w:rPr>
          <w:rFonts w:ascii="Times New Roman" w:eastAsia="標楷體" w:hAnsi="Times New Roman" w:cs="Times New Roman" w:hint="eastAsia"/>
          <w:sz w:val="48"/>
          <w:szCs w:val="48"/>
          <w:lang w:eastAsia="zh-TW"/>
        </w:rPr>
        <w:t>資源再生綠色產品獲證廠商調查表</w:t>
      </w:r>
    </w:p>
    <w:p w14:paraId="76E86E2F" w14:textId="6E36C6A5" w:rsidR="000F43A4" w:rsidRPr="008625B1" w:rsidRDefault="008625B1" w:rsidP="008625B1">
      <w:pPr>
        <w:pStyle w:val="1"/>
        <w:rPr>
          <w:rFonts w:ascii="Times New Roman" w:eastAsia="標楷體" w:hAnsi="Times New Roman" w:cs="Times New Roman"/>
          <w:sz w:val="36"/>
          <w:szCs w:val="36"/>
          <w:lang w:eastAsia="zh-TW"/>
        </w:rPr>
      </w:pPr>
      <w:r>
        <w:rPr>
          <w:rFonts w:ascii="Times New Roman" w:eastAsia="標楷體" w:hAnsi="Times New Roman" w:cs="Times New Roman" w:hint="eastAsia"/>
          <w:sz w:val="36"/>
          <w:szCs w:val="36"/>
          <w:lang w:eastAsia="zh-TW"/>
        </w:rPr>
        <w:t>一、</w:t>
      </w:r>
      <w:r w:rsidRPr="008625B1">
        <w:rPr>
          <w:rFonts w:ascii="Times New Roman" w:eastAsia="標楷體" w:hAnsi="Times New Roman" w:cs="Times New Roman"/>
          <w:sz w:val="36"/>
          <w:szCs w:val="36"/>
          <w:lang w:eastAsia="zh-TW"/>
        </w:rPr>
        <w:t>基本資料</w:t>
      </w:r>
    </w:p>
    <w:p w14:paraId="0C492DDC" w14:textId="7EC8DBE1" w:rsidR="00C863A1" w:rsidRPr="008625B1" w:rsidRDefault="00C863A1" w:rsidP="00C863A1">
      <w:pPr>
        <w:pStyle w:val="ae"/>
        <w:numPr>
          <w:ilvl w:val="0"/>
          <w:numId w:val="11"/>
        </w:num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8625B1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公司名稱（中文）</w:t>
      </w:r>
      <w:r w:rsidR="00E87882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：</w:t>
      </w:r>
    </w:p>
    <w:p w14:paraId="6E7104B2" w14:textId="7AA838DA" w:rsidR="00C863A1" w:rsidRPr="008625B1" w:rsidRDefault="00C863A1" w:rsidP="00C863A1">
      <w:pPr>
        <w:pStyle w:val="ae"/>
        <w:numPr>
          <w:ilvl w:val="0"/>
          <w:numId w:val="11"/>
        </w:num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8625B1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公司名稱（英文）</w:t>
      </w:r>
      <w:r w:rsidR="00E87882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：</w:t>
      </w:r>
    </w:p>
    <w:p w14:paraId="00CE0E37" w14:textId="77777777" w:rsidR="00C863A1" w:rsidRPr="008625B1" w:rsidRDefault="00C863A1" w:rsidP="00C863A1">
      <w:pPr>
        <w:pStyle w:val="ae"/>
        <w:numPr>
          <w:ilvl w:val="0"/>
          <w:numId w:val="11"/>
        </w:num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8625B1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統一編號：</w:t>
      </w:r>
    </w:p>
    <w:p w14:paraId="7C03F6AB" w14:textId="77777777" w:rsidR="00C863A1" w:rsidRDefault="00C863A1" w:rsidP="00C863A1">
      <w:pPr>
        <w:pStyle w:val="ae"/>
        <w:numPr>
          <w:ilvl w:val="0"/>
          <w:numId w:val="11"/>
        </w:num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8625B1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公司地址（營業處／工廠地址）：</w:t>
      </w:r>
    </w:p>
    <w:p w14:paraId="14BB6229" w14:textId="77777777" w:rsidR="00E23974" w:rsidRPr="008625B1" w:rsidRDefault="00E23974" w:rsidP="00E23974">
      <w:pPr>
        <w:pStyle w:val="ae"/>
        <w:ind w:left="480"/>
        <w:rPr>
          <w:rFonts w:ascii="Times New Roman" w:eastAsia="標楷體" w:hAnsi="Times New Roman" w:cs="Times New Roman"/>
          <w:sz w:val="28"/>
          <w:szCs w:val="28"/>
          <w:lang w:eastAsia="zh-TW"/>
        </w:rPr>
      </w:pPr>
    </w:p>
    <w:p w14:paraId="3F1B0225" w14:textId="77777777" w:rsidR="00C863A1" w:rsidRPr="008625B1" w:rsidRDefault="00C863A1" w:rsidP="00C863A1">
      <w:pPr>
        <w:pStyle w:val="ae"/>
        <w:numPr>
          <w:ilvl w:val="0"/>
          <w:numId w:val="11"/>
        </w:num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8625B1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聯絡人姓名：</w:t>
      </w:r>
    </w:p>
    <w:p w14:paraId="0A2E2CC5" w14:textId="77777777" w:rsidR="00C863A1" w:rsidRPr="008625B1" w:rsidRDefault="00C863A1" w:rsidP="00C863A1">
      <w:pPr>
        <w:pStyle w:val="ae"/>
        <w:numPr>
          <w:ilvl w:val="0"/>
          <w:numId w:val="11"/>
        </w:num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8625B1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聯絡人職稱：</w:t>
      </w:r>
    </w:p>
    <w:p w14:paraId="2878478D" w14:textId="128170AB" w:rsidR="00C863A1" w:rsidRPr="008625B1" w:rsidRDefault="00C863A1" w:rsidP="00C863A1">
      <w:pPr>
        <w:pStyle w:val="ae"/>
        <w:numPr>
          <w:ilvl w:val="0"/>
          <w:numId w:val="11"/>
        </w:num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8625B1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聯絡電話：</w:t>
      </w:r>
    </w:p>
    <w:p w14:paraId="7EF78E3C" w14:textId="21890531" w:rsidR="000F43A4" w:rsidRPr="008625B1" w:rsidRDefault="00B37A62" w:rsidP="007E7CFF">
      <w:pPr>
        <w:pStyle w:val="ae"/>
        <w:numPr>
          <w:ilvl w:val="0"/>
          <w:numId w:val="11"/>
        </w:num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8625B1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Email</w:t>
      </w:r>
      <w:r w:rsidRPr="008625B1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：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8696"/>
      </w:tblGrid>
      <w:tr w:rsidR="007E7CFF" w14:paraId="5FA2DFC3" w14:textId="77777777" w:rsidTr="007E7CFF">
        <w:tc>
          <w:tcPr>
            <w:tcW w:w="8696" w:type="dxa"/>
            <w:shd w:val="clear" w:color="auto" w:fill="D9D9D9" w:themeFill="background1" w:themeFillShade="D9"/>
          </w:tcPr>
          <w:p w14:paraId="31E9565C" w14:textId="5694E5AF" w:rsidR="007E7CFF" w:rsidRPr="008625B1" w:rsidRDefault="007E7CFF" w:rsidP="007E7CF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8625B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公司網站或社群平台等連結（</w:t>
            </w:r>
            <w:r w:rsidRPr="008625B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FB</w:t>
            </w:r>
            <w:r w:rsidRPr="008625B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／</w:t>
            </w:r>
            <w:r w:rsidRPr="008625B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IG</w:t>
            </w:r>
            <w:r w:rsidRPr="008625B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／</w:t>
            </w:r>
            <w:r w:rsidRPr="008625B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 xml:space="preserve">QR </w:t>
            </w:r>
            <w:r w:rsidRPr="008625B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code</w:t>
            </w:r>
            <w:r w:rsidRPr="008625B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）</w:t>
            </w:r>
          </w:p>
        </w:tc>
      </w:tr>
      <w:tr w:rsidR="007E7CFF" w14:paraId="72F513F6" w14:textId="77777777" w:rsidTr="007E7CFF">
        <w:trPr>
          <w:trHeight w:val="2269"/>
        </w:trPr>
        <w:tc>
          <w:tcPr>
            <w:tcW w:w="8696" w:type="dxa"/>
          </w:tcPr>
          <w:p w14:paraId="066F329B" w14:textId="77777777" w:rsidR="007E7CFF" w:rsidRDefault="007E7CFF" w:rsidP="007E7CFF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</w:tbl>
    <w:p w14:paraId="0FE7FBBC" w14:textId="13F974BF" w:rsidR="000F43A4" w:rsidRPr="008625B1" w:rsidRDefault="00000000" w:rsidP="007E7CFF">
      <w:pPr>
        <w:pStyle w:val="1"/>
        <w:rPr>
          <w:rFonts w:ascii="Times New Roman" w:eastAsia="標楷體" w:hAnsi="Times New Roman" w:cs="Times New Roman"/>
          <w:sz w:val="36"/>
          <w:szCs w:val="36"/>
          <w:lang w:eastAsia="zh-TW"/>
        </w:rPr>
      </w:pPr>
      <w:r w:rsidRPr="008625B1">
        <w:rPr>
          <w:rFonts w:ascii="Times New Roman" w:eastAsia="標楷體" w:hAnsi="Times New Roman" w:cs="Times New Roman"/>
          <w:sz w:val="36"/>
          <w:szCs w:val="36"/>
          <w:lang w:eastAsia="zh-TW"/>
        </w:rPr>
        <w:t>二、</w:t>
      </w:r>
      <w:r w:rsidR="00C863A1" w:rsidRPr="008625B1">
        <w:rPr>
          <w:rFonts w:ascii="Times New Roman" w:eastAsia="標楷體" w:hAnsi="Times New Roman" w:cs="Times New Roman" w:hint="eastAsia"/>
          <w:sz w:val="36"/>
          <w:szCs w:val="36"/>
          <w:lang w:eastAsia="zh-TW"/>
        </w:rPr>
        <w:t>資源再生綠色</w:t>
      </w:r>
      <w:r w:rsidRPr="008625B1">
        <w:rPr>
          <w:rFonts w:ascii="Times New Roman" w:eastAsia="標楷體" w:hAnsi="Times New Roman" w:cs="Times New Roman"/>
          <w:sz w:val="36"/>
          <w:szCs w:val="36"/>
          <w:lang w:eastAsia="zh-TW"/>
        </w:rPr>
        <w:t>產品資訊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2518"/>
        <w:gridCol w:w="1830"/>
        <w:gridCol w:w="2281"/>
        <w:gridCol w:w="2067"/>
      </w:tblGrid>
      <w:tr w:rsidR="00B37A62" w14:paraId="2D55FA1C" w14:textId="77777777" w:rsidTr="008625B1">
        <w:trPr>
          <w:trHeight w:val="647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6574E08B" w14:textId="77777777" w:rsidR="00CA29AE" w:rsidRDefault="00B37A62" w:rsidP="008625B1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產品名稱</w:t>
            </w:r>
          </w:p>
          <w:p w14:paraId="6EBA04B9" w14:textId="3C38ADEB" w:rsidR="00B37A62" w:rsidRPr="00CA29AE" w:rsidRDefault="00B37A62" w:rsidP="008625B1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（可填多筆）</w:t>
            </w:r>
          </w:p>
        </w:tc>
        <w:tc>
          <w:tcPr>
            <w:tcW w:w="6178" w:type="dxa"/>
            <w:gridSpan w:val="3"/>
            <w:vAlign w:val="center"/>
          </w:tcPr>
          <w:p w14:paraId="028B194B" w14:textId="77777777" w:rsidR="00B37A62" w:rsidRPr="00CA29AE" w:rsidRDefault="00B37A62" w:rsidP="008625B1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B37A62" w14:paraId="7D8AC906" w14:textId="77777777" w:rsidTr="008625B1">
        <w:trPr>
          <w:trHeight w:val="685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5668CFED" w14:textId="7D6C46EB" w:rsidR="00B37A62" w:rsidRPr="00CA29AE" w:rsidRDefault="00B37A62" w:rsidP="008625B1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產品類別</w:t>
            </w:r>
          </w:p>
        </w:tc>
        <w:tc>
          <w:tcPr>
            <w:tcW w:w="1830" w:type="dxa"/>
            <w:vAlign w:val="center"/>
          </w:tcPr>
          <w:p w14:paraId="0DFD9A15" w14:textId="77777777" w:rsidR="00B37A62" w:rsidRPr="00CA29AE" w:rsidRDefault="00B37A62" w:rsidP="008625B1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2281" w:type="dxa"/>
            <w:shd w:val="clear" w:color="auto" w:fill="D9D9D9" w:themeFill="background1" w:themeFillShade="D9"/>
            <w:vAlign w:val="center"/>
          </w:tcPr>
          <w:p w14:paraId="550CC915" w14:textId="339E28B6" w:rsidR="00B37A62" w:rsidRPr="00CA29AE" w:rsidRDefault="00B37A62" w:rsidP="008625B1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認證編號／有效期限</w:t>
            </w:r>
          </w:p>
        </w:tc>
        <w:tc>
          <w:tcPr>
            <w:tcW w:w="2067" w:type="dxa"/>
            <w:vAlign w:val="center"/>
          </w:tcPr>
          <w:p w14:paraId="668AFFF8" w14:textId="77777777" w:rsidR="00B37A62" w:rsidRPr="00CA29AE" w:rsidRDefault="00B37A62" w:rsidP="008625B1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B37A62" w14:paraId="3FCF3EE6" w14:textId="77777777" w:rsidTr="008625B1">
        <w:trPr>
          <w:trHeight w:val="708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504ED5A7" w14:textId="3DE9977D" w:rsidR="00B37A62" w:rsidRPr="00CA29AE" w:rsidRDefault="00B37A62" w:rsidP="008625B1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產品主要原料</w:t>
            </w:r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：</w:t>
            </w:r>
          </w:p>
        </w:tc>
        <w:tc>
          <w:tcPr>
            <w:tcW w:w="1830" w:type="dxa"/>
            <w:vAlign w:val="center"/>
          </w:tcPr>
          <w:p w14:paraId="7B6745D9" w14:textId="77777777" w:rsidR="00B37A62" w:rsidRPr="00CA29AE" w:rsidRDefault="00B37A62" w:rsidP="008625B1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2281" w:type="dxa"/>
            <w:shd w:val="clear" w:color="auto" w:fill="D9D9D9" w:themeFill="background1" w:themeFillShade="D9"/>
            <w:vAlign w:val="center"/>
          </w:tcPr>
          <w:p w14:paraId="43EFA266" w14:textId="333406C1" w:rsidR="00B37A62" w:rsidRPr="00CA29AE" w:rsidRDefault="00B37A62" w:rsidP="008625B1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產品</w:t>
            </w:r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年</w:t>
            </w:r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產量</w:t>
            </w:r>
          </w:p>
        </w:tc>
        <w:tc>
          <w:tcPr>
            <w:tcW w:w="2067" w:type="dxa"/>
            <w:vAlign w:val="center"/>
          </w:tcPr>
          <w:p w14:paraId="5B35F39A" w14:textId="77777777" w:rsidR="00B37A62" w:rsidRPr="00CA29AE" w:rsidRDefault="00B37A62" w:rsidP="008625B1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B37A62" w14:paraId="327EB775" w14:textId="77777777" w:rsidTr="008625B1">
        <w:trPr>
          <w:trHeight w:val="1399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0CACE33C" w14:textId="5114521E" w:rsidR="00521931" w:rsidRPr="00CA29AE" w:rsidRDefault="00B37A62" w:rsidP="008625B1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生</w:t>
            </w:r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產</w:t>
            </w:r>
            <w:r w:rsidR="00E23974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製造</w:t>
            </w:r>
            <w:r w:rsidR="0052193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技術</w:t>
            </w:r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簡述</w:t>
            </w:r>
            <w:r w:rsidR="00E23974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br/>
            </w:r>
            <w:r w:rsidR="00E23974" w:rsidRPr="00E23974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(</w:t>
            </w:r>
            <w:r w:rsidR="00E23974" w:rsidRPr="00E23974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可繪製製程流程圖</w:t>
            </w:r>
            <w:r w:rsidR="00E23974" w:rsidRPr="00E23974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6178" w:type="dxa"/>
            <w:gridSpan w:val="3"/>
            <w:vAlign w:val="center"/>
          </w:tcPr>
          <w:p w14:paraId="6B2CD89C" w14:textId="77777777" w:rsidR="00B37A62" w:rsidRPr="00CA29AE" w:rsidRDefault="00B37A62" w:rsidP="008625B1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B37A62" w14:paraId="70C78379" w14:textId="77777777" w:rsidTr="008625B1">
        <w:tc>
          <w:tcPr>
            <w:tcW w:w="8696" w:type="dxa"/>
            <w:gridSpan w:val="4"/>
            <w:shd w:val="clear" w:color="auto" w:fill="D9D9D9" w:themeFill="background1" w:themeFillShade="D9"/>
            <w:vAlign w:val="center"/>
          </w:tcPr>
          <w:p w14:paraId="663A9734" w14:textId="4FD71BF9" w:rsidR="00B37A62" w:rsidRPr="00CA29AE" w:rsidRDefault="00B37A62" w:rsidP="008625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proofErr w:type="gramStart"/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lastRenderedPageBreak/>
              <w:t>是否可客製</w:t>
            </w:r>
            <w:proofErr w:type="gramEnd"/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化／</w:t>
            </w:r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OEM</w:t>
            </w:r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／</w:t>
            </w:r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ODM</w:t>
            </w:r>
          </w:p>
        </w:tc>
      </w:tr>
      <w:tr w:rsidR="00B37A62" w14:paraId="43FC6801" w14:textId="77777777" w:rsidTr="008625B1">
        <w:trPr>
          <w:trHeight w:val="970"/>
        </w:trPr>
        <w:tc>
          <w:tcPr>
            <w:tcW w:w="8696" w:type="dxa"/>
            <w:gridSpan w:val="4"/>
            <w:vAlign w:val="center"/>
          </w:tcPr>
          <w:p w14:paraId="07BEF652" w14:textId="77777777" w:rsidR="00B37A62" w:rsidRPr="00CA29AE" w:rsidRDefault="00B37A62" w:rsidP="008625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B37A62" w14:paraId="4B5557B1" w14:textId="77777777" w:rsidTr="008625B1">
        <w:tc>
          <w:tcPr>
            <w:tcW w:w="8696" w:type="dxa"/>
            <w:gridSpan w:val="4"/>
            <w:shd w:val="clear" w:color="auto" w:fill="D9D9D9" w:themeFill="background1" w:themeFillShade="D9"/>
            <w:vAlign w:val="center"/>
          </w:tcPr>
          <w:p w14:paraId="2F4A2AB6" w14:textId="6F5AFA21" w:rsidR="00B37A62" w:rsidRPr="00CA29AE" w:rsidRDefault="00B37A62" w:rsidP="008625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是否已參與政府綠色採購或公共工程使用案例（可列出具體案名）</w:t>
            </w:r>
          </w:p>
        </w:tc>
      </w:tr>
      <w:tr w:rsidR="00B37A62" w14:paraId="5BADA849" w14:textId="77777777" w:rsidTr="008625B1">
        <w:trPr>
          <w:trHeight w:val="1979"/>
        </w:trPr>
        <w:tc>
          <w:tcPr>
            <w:tcW w:w="8696" w:type="dxa"/>
            <w:gridSpan w:val="4"/>
            <w:vAlign w:val="center"/>
          </w:tcPr>
          <w:p w14:paraId="70DFFB03" w14:textId="77777777" w:rsidR="00B37A62" w:rsidRPr="00CA29AE" w:rsidRDefault="00B37A62" w:rsidP="008625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B37A62" w14:paraId="054C792E" w14:textId="77777777" w:rsidTr="008625B1">
        <w:tc>
          <w:tcPr>
            <w:tcW w:w="8696" w:type="dxa"/>
            <w:gridSpan w:val="4"/>
            <w:shd w:val="clear" w:color="auto" w:fill="D9D9D9" w:themeFill="background1" w:themeFillShade="D9"/>
            <w:vAlign w:val="center"/>
          </w:tcPr>
          <w:p w14:paraId="04F34FE3" w14:textId="5BD92BAD" w:rsidR="00B37A62" w:rsidRPr="00CA29AE" w:rsidRDefault="00B37A62" w:rsidP="008625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產品圖檔或應用照片（請附上或提供連結）</w:t>
            </w:r>
          </w:p>
        </w:tc>
      </w:tr>
      <w:tr w:rsidR="00B37A62" w14:paraId="09F8D8AB" w14:textId="77777777" w:rsidTr="008625B1">
        <w:trPr>
          <w:trHeight w:val="2251"/>
        </w:trPr>
        <w:tc>
          <w:tcPr>
            <w:tcW w:w="8696" w:type="dxa"/>
            <w:gridSpan w:val="4"/>
            <w:vAlign w:val="center"/>
          </w:tcPr>
          <w:p w14:paraId="434A06EF" w14:textId="77777777" w:rsidR="00B37A62" w:rsidRPr="00CA29AE" w:rsidRDefault="00B37A62" w:rsidP="008625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</w:tbl>
    <w:p w14:paraId="74288198" w14:textId="221ADB7A" w:rsidR="000F43A4" w:rsidRPr="008625B1" w:rsidRDefault="00000000" w:rsidP="00C863A1">
      <w:pPr>
        <w:pStyle w:val="1"/>
        <w:rPr>
          <w:rFonts w:ascii="Times New Roman" w:eastAsia="標楷體" w:hAnsi="Times New Roman" w:cs="Times New Roman"/>
          <w:sz w:val="36"/>
          <w:szCs w:val="36"/>
          <w:lang w:eastAsia="zh-TW"/>
        </w:rPr>
      </w:pPr>
      <w:r w:rsidRPr="008625B1">
        <w:rPr>
          <w:rFonts w:ascii="Times New Roman" w:eastAsia="標楷體" w:hAnsi="Times New Roman" w:cs="Times New Roman"/>
          <w:sz w:val="36"/>
          <w:szCs w:val="36"/>
          <w:lang w:eastAsia="zh-TW"/>
        </w:rPr>
        <w:t>三、企業特色與永續作為</w:t>
      </w:r>
    </w:p>
    <w:tbl>
      <w:tblPr>
        <w:tblStyle w:val="aff2"/>
        <w:tblW w:w="0" w:type="auto"/>
        <w:tblInd w:w="-34" w:type="dxa"/>
        <w:tblLook w:val="04A0" w:firstRow="1" w:lastRow="0" w:firstColumn="1" w:lastColumn="0" w:noHBand="0" w:noVBand="1"/>
      </w:tblPr>
      <w:tblGrid>
        <w:gridCol w:w="8890"/>
      </w:tblGrid>
      <w:tr w:rsidR="00C863A1" w14:paraId="28142D60" w14:textId="77777777" w:rsidTr="00C863A1">
        <w:tc>
          <w:tcPr>
            <w:tcW w:w="8890" w:type="dxa"/>
            <w:shd w:val="clear" w:color="auto" w:fill="D9D9D9" w:themeFill="background1" w:themeFillShade="D9"/>
          </w:tcPr>
          <w:p w14:paraId="6F01833A" w14:textId="6218269D" w:rsidR="00C863A1" w:rsidRPr="00CA29AE" w:rsidRDefault="00C863A1" w:rsidP="00C863A1">
            <w:pPr>
              <w:pStyle w:val="ae"/>
              <w:ind w:left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1.</w:t>
            </w:r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公司永續發展或</w:t>
            </w:r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 ESG </w:t>
            </w:r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亮點（如有綠色供應鏈管理、減碳計畫、</w:t>
            </w:r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CSR</w:t>
            </w:r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、報告書等）</w:t>
            </w:r>
          </w:p>
        </w:tc>
      </w:tr>
      <w:tr w:rsidR="00C863A1" w14:paraId="6C987B16" w14:textId="77777777" w:rsidTr="00E25498">
        <w:trPr>
          <w:trHeight w:val="4206"/>
        </w:trPr>
        <w:tc>
          <w:tcPr>
            <w:tcW w:w="8890" w:type="dxa"/>
          </w:tcPr>
          <w:p w14:paraId="291D8588" w14:textId="77777777" w:rsidR="00C863A1" w:rsidRPr="00CA29AE" w:rsidRDefault="00C863A1" w:rsidP="00C863A1">
            <w:pPr>
              <w:pStyle w:val="ae"/>
              <w:ind w:left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C863A1" w14:paraId="72297473" w14:textId="77777777" w:rsidTr="00C863A1">
        <w:tc>
          <w:tcPr>
            <w:tcW w:w="8890" w:type="dxa"/>
            <w:shd w:val="clear" w:color="auto" w:fill="D9D9D9" w:themeFill="background1" w:themeFillShade="D9"/>
          </w:tcPr>
          <w:p w14:paraId="30B6DC2D" w14:textId="6E3D2DAE" w:rsidR="00C863A1" w:rsidRPr="00CA29AE" w:rsidRDefault="00C863A1" w:rsidP="00C863A1">
            <w:pPr>
              <w:pStyle w:val="ae"/>
              <w:ind w:left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2.</w:t>
            </w:r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過往獲獎紀錄或專案合作經驗</w:t>
            </w:r>
            <w:proofErr w:type="gramStart"/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（</w:t>
            </w:r>
            <w:proofErr w:type="gramEnd"/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如：績優綠色採購廠商、設計獎、政</w:t>
            </w:r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lastRenderedPageBreak/>
              <w:t>府計畫等</w:t>
            </w:r>
            <w:proofErr w:type="gramStart"/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）</w:t>
            </w:r>
            <w:proofErr w:type="gramEnd"/>
          </w:p>
        </w:tc>
      </w:tr>
      <w:tr w:rsidR="00C863A1" w14:paraId="3911E986" w14:textId="77777777" w:rsidTr="00E25498">
        <w:trPr>
          <w:trHeight w:val="2226"/>
        </w:trPr>
        <w:tc>
          <w:tcPr>
            <w:tcW w:w="8890" w:type="dxa"/>
          </w:tcPr>
          <w:p w14:paraId="3B655245" w14:textId="77777777" w:rsidR="00C863A1" w:rsidRPr="00CA29AE" w:rsidRDefault="00C863A1" w:rsidP="00C863A1">
            <w:pPr>
              <w:pStyle w:val="ae"/>
              <w:ind w:left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C863A1" w14:paraId="3677DE66" w14:textId="77777777" w:rsidTr="00C863A1">
        <w:tc>
          <w:tcPr>
            <w:tcW w:w="8890" w:type="dxa"/>
            <w:shd w:val="clear" w:color="auto" w:fill="D9D9D9" w:themeFill="background1" w:themeFillShade="D9"/>
          </w:tcPr>
          <w:p w14:paraId="7F3885F4" w14:textId="0FBD5A48" w:rsidR="00C863A1" w:rsidRPr="00CA29AE" w:rsidRDefault="00C863A1" w:rsidP="00C863A1">
            <w:pPr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3.</w:t>
            </w:r>
            <w:r w:rsidRPr="00CA29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對推動資源再生的理念或經營故事（可簡述，作為電子手冊亮點</w:t>
            </w:r>
            <w:r w:rsidRPr="00CA29A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內容）</w:t>
            </w:r>
          </w:p>
        </w:tc>
      </w:tr>
      <w:tr w:rsidR="00C863A1" w14:paraId="0335305F" w14:textId="77777777" w:rsidTr="007E7CFF">
        <w:trPr>
          <w:trHeight w:val="1818"/>
        </w:trPr>
        <w:tc>
          <w:tcPr>
            <w:tcW w:w="8890" w:type="dxa"/>
          </w:tcPr>
          <w:p w14:paraId="2F9BB32A" w14:textId="77777777" w:rsidR="00C863A1" w:rsidRDefault="00C863A1" w:rsidP="00C863A1">
            <w:pPr>
              <w:pStyle w:val="ae"/>
              <w:ind w:left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</w:tbl>
    <w:p w14:paraId="5100962F" w14:textId="5E4337D8" w:rsidR="000F43A4" w:rsidRPr="008625B1" w:rsidRDefault="00000000">
      <w:pPr>
        <w:pStyle w:val="1"/>
        <w:rPr>
          <w:rFonts w:ascii="Times New Roman" w:eastAsia="標楷體" w:hAnsi="Times New Roman" w:cs="Times New Roman"/>
          <w:sz w:val="40"/>
          <w:szCs w:val="40"/>
          <w:lang w:eastAsia="zh-TW"/>
        </w:rPr>
      </w:pPr>
      <w:r w:rsidRPr="008625B1">
        <w:rPr>
          <w:rFonts w:ascii="Times New Roman" w:eastAsia="標楷體" w:hAnsi="Times New Roman" w:cs="Times New Roman"/>
          <w:sz w:val="40"/>
          <w:szCs w:val="40"/>
          <w:lang w:eastAsia="zh-TW"/>
        </w:rPr>
        <w:t>四、授權與意願</w:t>
      </w:r>
      <w:r w:rsidR="00E23974">
        <w:rPr>
          <w:rFonts w:ascii="Times New Roman" w:eastAsia="標楷體" w:hAnsi="Times New Roman" w:cs="Times New Roman" w:hint="eastAsia"/>
          <w:sz w:val="40"/>
          <w:szCs w:val="40"/>
          <w:lang w:eastAsia="zh-TW"/>
        </w:rPr>
        <w:t>說明</w:t>
      </w:r>
    </w:p>
    <w:p w14:paraId="3C4280B8" w14:textId="77777777" w:rsidR="008625B1" w:rsidRDefault="00000000" w:rsidP="00B37A62">
      <w:pPr>
        <w:pStyle w:val="ae"/>
        <w:numPr>
          <w:ilvl w:val="0"/>
          <w:numId w:val="14"/>
        </w:num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8625B1">
        <w:rPr>
          <w:rFonts w:ascii="Times New Roman" w:eastAsia="標楷體" w:hAnsi="Times New Roman" w:cs="Times New Roman"/>
          <w:sz w:val="28"/>
          <w:szCs w:val="28"/>
          <w:lang w:eastAsia="zh-TW"/>
        </w:rPr>
        <w:t>是否同意資訊用於公開推廣（電子型錄、官網、簡報等）：</w:t>
      </w:r>
    </w:p>
    <w:p w14:paraId="1E8E6D8E" w14:textId="2616302A" w:rsidR="000F43A4" w:rsidRPr="008625B1" w:rsidRDefault="00000000" w:rsidP="008625B1">
      <w:pPr>
        <w:pStyle w:val="ae"/>
        <w:ind w:left="480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8625B1">
        <w:rPr>
          <w:rFonts w:ascii="Segoe UI Symbol" w:eastAsia="標楷體" w:hAnsi="Segoe UI Symbol" w:cs="Segoe UI Symbol"/>
          <w:sz w:val="28"/>
          <w:szCs w:val="28"/>
          <w:lang w:eastAsia="zh-TW"/>
        </w:rPr>
        <w:t>☐</w:t>
      </w:r>
      <w:r w:rsidRPr="008625B1">
        <w:rPr>
          <w:rFonts w:ascii="Times New Roman" w:eastAsia="標楷體" w:hAnsi="Times New Roman" w:cs="Times New Roman"/>
          <w:sz w:val="28"/>
          <w:szCs w:val="28"/>
          <w:lang w:eastAsia="zh-TW"/>
        </w:rPr>
        <w:t>是</w:t>
      </w:r>
      <w:r w:rsidRPr="008625B1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  <w:r w:rsidRPr="008625B1">
        <w:rPr>
          <w:rFonts w:ascii="Segoe UI Symbol" w:eastAsia="標楷體" w:hAnsi="Segoe UI Symbol" w:cs="Segoe UI Symbol"/>
          <w:sz w:val="28"/>
          <w:szCs w:val="28"/>
          <w:lang w:eastAsia="zh-TW"/>
        </w:rPr>
        <w:t>☐</w:t>
      </w:r>
      <w:r w:rsidRPr="008625B1">
        <w:rPr>
          <w:rFonts w:ascii="Times New Roman" w:eastAsia="標楷體" w:hAnsi="Times New Roman" w:cs="Times New Roman"/>
          <w:sz w:val="28"/>
          <w:szCs w:val="28"/>
          <w:lang w:eastAsia="zh-TW"/>
        </w:rPr>
        <w:t>否</w:t>
      </w:r>
    </w:p>
    <w:p w14:paraId="5E05903E" w14:textId="77777777" w:rsidR="008625B1" w:rsidRDefault="00000000" w:rsidP="00B37A62">
      <w:pPr>
        <w:pStyle w:val="ae"/>
        <w:numPr>
          <w:ilvl w:val="0"/>
          <w:numId w:val="14"/>
        </w:num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8625B1">
        <w:rPr>
          <w:rFonts w:ascii="Times New Roman" w:eastAsia="標楷體" w:hAnsi="Times New Roman" w:cs="Times New Roman"/>
          <w:sz w:val="28"/>
          <w:szCs w:val="28"/>
          <w:lang w:eastAsia="zh-TW"/>
        </w:rPr>
        <w:t>是否願意參與實體展會或後續推廣活動：</w:t>
      </w:r>
    </w:p>
    <w:p w14:paraId="7C4BB512" w14:textId="5E50D4EE" w:rsidR="000F43A4" w:rsidRPr="008625B1" w:rsidRDefault="00000000" w:rsidP="008625B1">
      <w:pPr>
        <w:pStyle w:val="ae"/>
        <w:ind w:left="480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8625B1">
        <w:rPr>
          <w:rFonts w:ascii="Segoe UI Symbol" w:eastAsia="標楷體" w:hAnsi="Segoe UI Symbol" w:cs="Segoe UI Symbol"/>
          <w:sz w:val="28"/>
          <w:szCs w:val="28"/>
          <w:lang w:eastAsia="zh-TW"/>
        </w:rPr>
        <w:t>☐</w:t>
      </w:r>
      <w:r w:rsidRPr="008625B1">
        <w:rPr>
          <w:rFonts w:ascii="Times New Roman" w:eastAsia="標楷體" w:hAnsi="Times New Roman" w:cs="Times New Roman"/>
          <w:sz w:val="28"/>
          <w:szCs w:val="28"/>
          <w:lang w:eastAsia="zh-TW"/>
        </w:rPr>
        <w:t>願意</w:t>
      </w:r>
      <w:r w:rsidRPr="008625B1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  <w:r w:rsidRPr="008625B1">
        <w:rPr>
          <w:rFonts w:ascii="Segoe UI Symbol" w:eastAsia="標楷體" w:hAnsi="Segoe UI Symbol" w:cs="Segoe UI Symbol"/>
          <w:sz w:val="28"/>
          <w:szCs w:val="28"/>
          <w:lang w:eastAsia="zh-TW"/>
        </w:rPr>
        <w:t>☐</w:t>
      </w:r>
      <w:r w:rsidRPr="008625B1">
        <w:rPr>
          <w:rFonts w:ascii="Times New Roman" w:eastAsia="標楷體" w:hAnsi="Times New Roman" w:cs="Times New Roman"/>
          <w:sz w:val="28"/>
          <w:szCs w:val="28"/>
          <w:lang w:eastAsia="zh-TW"/>
        </w:rPr>
        <w:t>不願意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8696"/>
      </w:tblGrid>
      <w:tr w:rsidR="00B37A62" w:rsidRPr="008625B1" w14:paraId="703EC793" w14:textId="77777777" w:rsidTr="00B37A62">
        <w:tc>
          <w:tcPr>
            <w:tcW w:w="8696" w:type="dxa"/>
            <w:shd w:val="clear" w:color="auto" w:fill="D9D9D9" w:themeFill="background1" w:themeFillShade="D9"/>
          </w:tcPr>
          <w:p w14:paraId="5910B00D" w14:textId="5C53822F" w:rsidR="00B37A62" w:rsidRPr="008625B1" w:rsidRDefault="00B37A62" w:rsidP="00B37A6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8625B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其他建議或希望政府協助的項目（自由填寫）</w:t>
            </w:r>
          </w:p>
        </w:tc>
      </w:tr>
      <w:tr w:rsidR="00B37A62" w14:paraId="1A2BB7F1" w14:textId="77777777" w:rsidTr="00E23974">
        <w:trPr>
          <w:trHeight w:val="3315"/>
        </w:trPr>
        <w:tc>
          <w:tcPr>
            <w:tcW w:w="8696" w:type="dxa"/>
          </w:tcPr>
          <w:p w14:paraId="337B3EF9" w14:textId="77777777" w:rsidR="00B37A62" w:rsidRDefault="00B37A62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</w:tbl>
    <w:p w14:paraId="685B3034" w14:textId="77777777" w:rsidR="00E23974" w:rsidRDefault="00E25498" w:rsidP="00E23974">
      <w:pPr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E25498">
        <w:rPr>
          <w:rFonts w:ascii="標楷體" w:eastAsia="標楷體" w:hAnsi="標楷體" w:hint="eastAsia"/>
          <w:sz w:val="24"/>
          <w:szCs w:val="24"/>
          <w:lang w:eastAsia="zh-TW"/>
        </w:rPr>
        <w:t>※</w:t>
      </w:r>
      <w:r w:rsidR="00E23974">
        <w:rPr>
          <w:rFonts w:ascii="標楷體" w:eastAsia="標楷體" w:hAnsi="標楷體" w:hint="eastAsia"/>
          <w:sz w:val="24"/>
          <w:szCs w:val="24"/>
          <w:lang w:eastAsia="zh-TW"/>
        </w:rPr>
        <w:t>廠商提供資料將視手冊美編實際編撰進行修改或刪除。</w:t>
      </w:r>
    </w:p>
    <w:p w14:paraId="3B39832B" w14:textId="41254429" w:rsidR="00B37A62" w:rsidRPr="00E25498" w:rsidRDefault="00E23974" w:rsidP="00E23974">
      <w:pPr>
        <w:snapToGrid w:val="0"/>
        <w:spacing w:after="0" w:line="240" w:lineRule="auto"/>
        <w:rPr>
          <w:rFonts w:eastAsia="標楷體"/>
          <w:sz w:val="24"/>
          <w:szCs w:val="24"/>
          <w:lang w:eastAsia="zh-TW"/>
        </w:rPr>
      </w:pPr>
      <w:r w:rsidRPr="00E25498">
        <w:rPr>
          <w:rFonts w:ascii="標楷體" w:eastAsia="標楷體" w:hAnsi="標楷體" w:hint="eastAsia"/>
          <w:sz w:val="24"/>
          <w:szCs w:val="24"/>
          <w:lang w:eastAsia="zh-TW"/>
        </w:rPr>
        <w:t>※</w:t>
      </w:r>
      <w:r w:rsidR="00E25498" w:rsidRPr="00E25498">
        <w:rPr>
          <w:rFonts w:eastAsia="標楷體"/>
          <w:sz w:val="24"/>
          <w:szCs w:val="24"/>
          <w:lang w:eastAsia="zh-TW"/>
        </w:rPr>
        <w:t>請惠填調查表並於</w:t>
      </w:r>
      <w:r w:rsidR="00E25498">
        <w:rPr>
          <w:rFonts w:eastAsia="標楷體" w:hint="eastAsia"/>
          <w:sz w:val="24"/>
          <w:szCs w:val="24"/>
          <w:lang w:eastAsia="zh-TW"/>
        </w:rPr>
        <w:t>114</w:t>
      </w:r>
      <w:r w:rsidR="00E25498">
        <w:rPr>
          <w:rFonts w:eastAsia="標楷體" w:hint="eastAsia"/>
          <w:sz w:val="24"/>
          <w:szCs w:val="24"/>
          <w:lang w:eastAsia="zh-TW"/>
        </w:rPr>
        <w:t>年</w:t>
      </w:r>
      <w:r w:rsidR="00E57ADA">
        <w:rPr>
          <w:rFonts w:eastAsia="標楷體" w:hint="eastAsia"/>
          <w:sz w:val="24"/>
          <w:szCs w:val="24"/>
          <w:lang w:eastAsia="zh-TW"/>
        </w:rPr>
        <w:t>8</w:t>
      </w:r>
      <w:r w:rsidR="00E25498" w:rsidRPr="00E25498">
        <w:rPr>
          <w:rFonts w:eastAsia="標楷體"/>
          <w:sz w:val="24"/>
          <w:szCs w:val="24"/>
          <w:lang w:eastAsia="zh-TW"/>
        </w:rPr>
        <w:t>月</w:t>
      </w:r>
      <w:r w:rsidR="00E57ADA">
        <w:rPr>
          <w:rFonts w:eastAsia="標楷體" w:hint="eastAsia"/>
          <w:sz w:val="24"/>
          <w:szCs w:val="24"/>
          <w:lang w:eastAsia="zh-TW"/>
        </w:rPr>
        <w:t>底</w:t>
      </w:r>
      <w:r w:rsidR="00E25498" w:rsidRPr="00E25498">
        <w:rPr>
          <w:rFonts w:eastAsia="標楷體"/>
          <w:sz w:val="24"/>
          <w:szCs w:val="24"/>
          <w:lang w:eastAsia="zh-TW"/>
        </w:rPr>
        <w:t>前回傳環境與發展基金會</w:t>
      </w:r>
      <w:r w:rsidR="00E25498" w:rsidRPr="00E25498">
        <w:rPr>
          <w:rFonts w:eastAsia="標楷體" w:hint="eastAsia"/>
          <w:sz w:val="24"/>
          <w:szCs w:val="24"/>
          <w:lang w:eastAsia="zh-TW"/>
        </w:rPr>
        <w:t>，馬廷誠先生。</w:t>
      </w:r>
      <w:r w:rsidR="00E25498">
        <w:rPr>
          <w:rFonts w:eastAsia="標楷體"/>
          <w:sz w:val="24"/>
          <w:szCs w:val="24"/>
          <w:lang w:eastAsia="zh-TW"/>
        </w:rPr>
        <w:br/>
      </w:r>
      <w:r w:rsidR="00E25498">
        <w:rPr>
          <w:rFonts w:eastAsia="標楷體" w:hint="eastAsia"/>
          <w:sz w:val="24"/>
          <w:szCs w:val="24"/>
          <w:lang w:eastAsia="zh-TW"/>
        </w:rPr>
        <w:t>聯繫方式：</w:t>
      </w:r>
      <w:r w:rsidR="00E25498">
        <w:rPr>
          <w:rFonts w:eastAsia="標楷體" w:hint="eastAsia"/>
          <w:sz w:val="24"/>
          <w:szCs w:val="24"/>
          <w:lang w:eastAsia="zh-TW"/>
        </w:rPr>
        <w:t>03-5910008#34</w:t>
      </w:r>
      <w:r w:rsidR="00E25498" w:rsidRPr="00E25498">
        <w:rPr>
          <w:rFonts w:eastAsia="標楷體"/>
          <w:sz w:val="24"/>
          <w:szCs w:val="24"/>
          <w:lang w:eastAsia="zh-TW"/>
        </w:rPr>
        <w:t>傳真：</w:t>
      </w:r>
      <w:r w:rsidR="00E25498" w:rsidRPr="00E25498">
        <w:rPr>
          <w:rFonts w:eastAsia="標楷體"/>
          <w:sz w:val="24"/>
          <w:szCs w:val="24"/>
          <w:lang w:eastAsia="zh-TW"/>
        </w:rPr>
        <w:t xml:space="preserve">03-5820231  </w:t>
      </w:r>
      <w:r w:rsidR="00E25498" w:rsidRPr="00E25498">
        <w:rPr>
          <w:rFonts w:eastAsia="標楷體" w:hint="eastAsia"/>
          <w:sz w:val="24"/>
          <w:szCs w:val="24"/>
          <w:lang w:eastAsia="zh-TW"/>
        </w:rPr>
        <w:t>e</w:t>
      </w:r>
      <w:r w:rsidR="00E25498" w:rsidRPr="00E25498">
        <w:rPr>
          <w:rFonts w:eastAsia="標楷體"/>
          <w:sz w:val="24"/>
          <w:szCs w:val="24"/>
          <w:lang w:eastAsia="zh-TW"/>
        </w:rPr>
        <w:t>-mail</w:t>
      </w:r>
      <w:r w:rsidR="00E25498" w:rsidRPr="00E25498">
        <w:rPr>
          <w:rFonts w:eastAsia="標楷體" w:hint="eastAsia"/>
          <w:sz w:val="24"/>
          <w:szCs w:val="24"/>
          <w:lang w:eastAsia="zh-TW"/>
        </w:rPr>
        <w:t>：</w:t>
      </w:r>
      <w:hyperlink r:id="rId8" w:history="1">
        <w:r w:rsidR="00E25498" w:rsidRPr="00E25498">
          <w:rPr>
            <w:rStyle w:val="affa"/>
            <w:rFonts w:eastAsia="標楷體"/>
            <w:sz w:val="24"/>
            <w:szCs w:val="24"/>
            <w:lang w:eastAsia="zh-TW"/>
          </w:rPr>
          <w:t>mark@edf.org.tw</w:t>
        </w:r>
      </w:hyperlink>
    </w:p>
    <w:sectPr w:rsidR="00B37A62" w:rsidRPr="00E25498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D7C5D" w14:textId="77777777" w:rsidR="00CC57D4" w:rsidRDefault="00CC57D4" w:rsidP="008625B1">
      <w:pPr>
        <w:spacing w:after="0" w:line="240" w:lineRule="auto"/>
      </w:pPr>
      <w:r>
        <w:separator/>
      </w:r>
    </w:p>
  </w:endnote>
  <w:endnote w:type="continuationSeparator" w:id="0">
    <w:p w14:paraId="5E1C4BE4" w14:textId="77777777" w:rsidR="00CC57D4" w:rsidRDefault="00CC57D4" w:rsidP="00862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3C5FC" w14:textId="77777777" w:rsidR="00CC57D4" w:rsidRDefault="00CC57D4" w:rsidP="008625B1">
      <w:pPr>
        <w:spacing w:after="0" w:line="240" w:lineRule="auto"/>
      </w:pPr>
      <w:r>
        <w:separator/>
      </w:r>
    </w:p>
  </w:footnote>
  <w:footnote w:type="continuationSeparator" w:id="0">
    <w:p w14:paraId="7491F2E6" w14:textId="77777777" w:rsidR="00CC57D4" w:rsidRDefault="00CC57D4" w:rsidP="00862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F0514" w14:textId="25763F05" w:rsidR="00E25498" w:rsidRPr="00E25498" w:rsidRDefault="00E25498" w:rsidP="00E25498">
    <w:pPr>
      <w:pStyle w:val="a5"/>
      <w:jc w:val="center"/>
      <w:rPr>
        <w:rFonts w:ascii="Times New Roman" w:eastAsia="標楷體" w:hAnsi="Times New Roman" w:cs="Times New Roman"/>
        <w:sz w:val="44"/>
        <w:szCs w:val="44"/>
      </w:rPr>
    </w:pPr>
    <w:r w:rsidRPr="00E25498">
      <w:rPr>
        <w:rFonts w:ascii="Times New Roman" w:eastAsia="標楷體" w:hAnsi="Times New Roman" w:cs="Times New Roman"/>
        <w:sz w:val="44"/>
        <w:szCs w:val="44"/>
        <w:lang w:eastAsia="zh-TW"/>
      </w:rPr>
      <w:t>經濟部產業發展署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1968D2"/>
    <w:multiLevelType w:val="hybridMultilevel"/>
    <w:tmpl w:val="889AF972"/>
    <w:lvl w:ilvl="0" w:tplc="76BEFC6C">
      <w:start w:val="1"/>
      <w:numFmt w:val="taiwaneseCountingThousand"/>
      <w:lvlText w:val="%1、"/>
      <w:lvlJc w:val="left"/>
      <w:pPr>
        <w:ind w:left="580" w:hanging="5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A44E04"/>
    <w:multiLevelType w:val="hybridMultilevel"/>
    <w:tmpl w:val="8F2610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85146E"/>
    <w:multiLevelType w:val="hybridMultilevel"/>
    <w:tmpl w:val="F23C66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BD15A88"/>
    <w:multiLevelType w:val="hybridMultilevel"/>
    <w:tmpl w:val="C6C2AE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3606DCA"/>
    <w:multiLevelType w:val="hybridMultilevel"/>
    <w:tmpl w:val="54F6E5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43753826">
    <w:abstractNumId w:val="8"/>
  </w:num>
  <w:num w:numId="2" w16cid:durableId="1741639406">
    <w:abstractNumId w:val="6"/>
  </w:num>
  <w:num w:numId="3" w16cid:durableId="1432893299">
    <w:abstractNumId w:val="5"/>
  </w:num>
  <w:num w:numId="4" w16cid:durableId="1162816595">
    <w:abstractNumId w:val="4"/>
  </w:num>
  <w:num w:numId="5" w16cid:durableId="1026517336">
    <w:abstractNumId w:val="7"/>
  </w:num>
  <w:num w:numId="6" w16cid:durableId="1345203805">
    <w:abstractNumId w:val="3"/>
  </w:num>
  <w:num w:numId="7" w16cid:durableId="1872187335">
    <w:abstractNumId w:val="2"/>
  </w:num>
  <w:num w:numId="8" w16cid:durableId="569924937">
    <w:abstractNumId w:val="1"/>
  </w:num>
  <w:num w:numId="9" w16cid:durableId="561797561">
    <w:abstractNumId w:val="0"/>
  </w:num>
  <w:num w:numId="10" w16cid:durableId="1895266146">
    <w:abstractNumId w:val="9"/>
  </w:num>
  <w:num w:numId="11" w16cid:durableId="1057359366">
    <w:abstractNumId w:val="11"/>
  </w:num>
  <w:num w:numId="12" w16cid:durableId="168519445">
    <w:abstractNumId w:val="12"/>
  </w:num>
  <w:num w:numId="13" w16cid:durableId="409232600">
    <w:abstractNumId w:val="13"/>
  </w:num>
  <w:num w:numId="14" w16cid:durableId="31942735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F43A4"/>
    <w:rsid w:val="0015074B"/>
    <w:rsid w:val="0029639D"/>
    <w:rsid w:val="00326F90"/>
    <w:rsid w:val="00363853"/>
    <w:rsid w:val="00385505"/>
    <w:rsid w:val="00521931"/>
    <w:rsid w:val="005C5FE7"/>
    <w:rsid w:val="007376CD"/>
    <w:rsid w:val="00762841"/>
    <w:rsid w:val="007E7CFF"/>
    <w:rsid w:val="008625B1"/>
    <w:rsid w:val="009F53F1"/>
    <w:rsid w:val="00A47762"/>
    <w:rsid w:val="00AA1D8D"/>
    <w:rsid w:val="00B37A62"/>
    <w:rsid w:val="00B47730"/>
    <w:rsid w:val="00C863A1"/>
    <w:rsid w:val="00CA29AE"/>
    <w:rsid w:val="00CB0664"/>
    <w:rsid w:val="00CC57D4"/>
    <w:rsid w:val="00D64A46"/>
    <w:rsid w:val="00DB024D"/>
    <w:rsid w:val="00E23974"/>
    <w:rsid w:val="00E25498"/>
    <w:rsid w:val="00E57ADA"/>
    <w:rsid w:val="00E868EC"/>
    <w:rsid w:val="00E8788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5BD1AAE"/>
  <w14:defaultImageDpi w14:val="300"/>
  <w15:docId w15:val="{D37C360D-F3BA-4EB4-BF4D-203E13E90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a">
    <w:name w:val="Hyperlink"/>
    <w:basedOn w:val="a2"/>
    <w:uiPriority w:val="99"/>
    <w:unhideWhenUsed/>
    <w:rsid w:val="00E254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@edf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阿 玥</cp:lastModifiedBy>
  <cp:revision>2</cp:revision>
  <dcterms:created xsi:type="dcterms:W3CDTF">2025-06-24T02:17:00Z</dcterms:created>
  <dcterms:modified xsi:type="dcterms:W3CDTF">2025-06-24T02:17:00Z</dcterms:modified>
  <cp:category/>
</cp:coreProperties>
</file>